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color w:val="0F3340"/>
          <w:sz w:val="40"/>
        </w:rPr>
        <w:t>PURCHASE ORDER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443"/>
        <w:gridCol w:w="1814"/>
        <w:gridCol w:w="2835"/>
      </w:tblGrid>
      <w:tr>
        <w:trPr>
          <w:trHeight w:val="311" w:hRule="atLeast"/>
        </w:trPr>
        <w:tc>
          <w:tcPr>
            <w:tcW w:type="dxa" w:w="5443"/>
          </w:tcPr>
          <w:p>
            <w:r/>
            <w:r>
              <w:rPr>
                <w:b w:val="0"/>
                <w:i w:val="0"/>
                <w:color w:val="8A9499"/>
              </w:rPr>
              <w:t>Your company name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/>
                <w:i w:val="0"/>
                <w:color w:val="0F3340"/>
              </w:rPr>
              <w:t>PO number</w:t>
            </w:r>
          </w:p>
        </w:tc>
        <w:tc>
          <w:tcPr>
            <w:tcW w:type="dxa" w:w="2835"/>
            <w:tcBorders>
              <w:bottom w:val="single" w:sz="4" w:color="C9CED1"/>
            </w:tcBorders>
          </w:tcPr>
          <w:p>
            <w:r/>
            <w:r>
              <w:rPr>
                <w:b w:val="0"/>
                <w:i w:val="0"/>
              </w:rPr>
            </w:r>
          </w:p>
        </w:tc>
      </w:tr>
      <w:tr>
        <w:trPr>
          <w:trHeight w:val="311" w:hRule="atLeast"/>
        </w:trPr>
        <w:tc>
          <w:tcPr>
            <w:tcW w:type="dxa" w:w="5443"/>
          </w:tcPr>
          <w:p>
            <w:r/>
            <w:r>
              <w:rPr>
                <w:b w:val="0"/>
                <w:i w:val="0"/>
                <w:color w:val="8A9499"/>
              </w:rPr>
              <w:t>Street address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/>
                <w:i w:val="0"/>
                <w:color w:val="0F3340"/>
              </w:rPr>
              <w:t>Order date</w:t>
            </w:r>
          </w:p>
        </w:tc>
        <w:tc>
          <w:tcPr>
            <w:tcW w:type="dxa" w:w="2835"/>
            <w:tcBorders>
              <w:bottom w:val="single" w:sz="4" w:color="C9CED1"/>
            </w:tcBorders>
          </w:tcPr>
          <w:p>
            <w:r/>
            <w:r>
              <w:rPr>
                <w:b w:val="0"/>
                <w:i w:val="0"/>
              </w:rPr>
            </w:r>
          </w:p>
        </w:tc>
      </w:tr>
      <w:tr>
        <w:trPr>
          <w:trHeight w:val="311" w:hRule="atLeast"/>
        </w:trPr>
        <w:tc>
          <w:tcPr>
            <w:tcW w:type="dxa" w:w="5443"/>
          </w:tcPr>
          <w:p>
            <w:r/>
            <w:r>
              <w:rPr>
                <w:b w:val="0"/>
                <w:i w:val="0"/>
                <w:color w:val="8A9499"/>
              </w:rPr>
              <w:t>City, postcode, country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/>
                <w:i w:val="0"/>
                <w:color w:val="0F3340"/>
              </w:rPr>
              <w:t>Delivery date</w:t>
            </w:r>
          </w:p>
        </w:tc>
        <w:tc>
          <w:tcPr>
            <w:tcW w:type="dxa" w:w="2835"/>
            <w:tcBorders>
              <w:bottom w:val="single" w:sz="4" w:color="C9CED1"/>
            </w:tcBorders>
          </w:tcPr>
          <w:p>
            <w:r/>
            <w:r>
              <w:rPr>
                <w:b w:val="0"/>
                <w:i w:val="0"/>
              </w:rPr>
            </w:r>
          </w:p>
        </w:tc>
      </w:tr>
      <w:tr>
        <w:trPr>
          <w:trHeight w:val="311" w:hRule="atLeast"/>
        </w:trPr>
        <w:tc>
          <w:tcPr>
            <w:tcW w:type="dxa" w:w="5443"/>
          </w:tcPr>
          <w:p>
            <w:r/>
            <w:r>
              <w:rPr>
                <w:b w:val="0"/>
                <w:i w:val="0"/>
                <w:color w:val="8A9499"/>
              </w:rPr>
              <w:t>Purchasing contact, email and phone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/>
                <w:i w:val="0"/>
                <w:color w:val="0F3340"/>
              </w:rPr>
              <w:t>Payment terms</w:t>
            </w:r>
          </w:p>
        </w:tc>
        <w:tc>
          <w:tcPr>
            <w:tcW w:type="dxa" w:w="2835"/>
            <w:tcBorders>
              <w:bottom w:val="single" w:sz="4" w:color="C9CED1"/>
            </w:tcBorders>
          </w:tcPr>
          <w:p>
            <w:r/>
            <w:r>
              <w:rPr>
                <w:b w:val="0"/>
                <w:i w:val="0"/>
              </w:rPr>
            </w:r>
          </w:p>
        </w:tc>
      </w:tr>
      <w:tr>
        <w:trPr>
          <w:trHeight w:val="311" w:hRule="atLeast"/>
        </w:trPr>
        <w:tc>
          <w:tcPr>
            <w:tcW w:type="dxa" w:w="5443"/>
          </w:tcPr>
          <w:p/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/>
                <w:i w:val="0"/>
                <w:color w:val="0F3340"/>
              </w:rPr>
              <w:t>Shipping terms</w:t>
            </w:r>
          </w:p>
        </w:tc>
        <w:tc>
          <w:tcPr>
            <w:tcW w:type="dxa" w:w="2835"/>
            <w:tcBorders>
              <w:bottom w:val="single" w:sz="4" w:color="C9CED1"/>
            </w:tcBorders>
          </w:tcPr>
          <w:p>
            <w:r/>
            <w:r>
              <w:rPr>
                <w:b w:val="0"/>
                <w:i w:val="0"/>
              </w:rPr>
            </w:r>
          </w:p>
        </w:tc>
      </w:tr>
      <w:tr>
        <w:trPr>
          <w:trHeight w:val="311" w:hRule="atLeast"/>
        </w:trPr>
        <w:tc>
          <w:tcPr>
            <w:tcW w:type="dxa" w:w="5443"/>
          </w:tcPr>
          <w:p/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/>
                <w:i w:val="0"/>
                <w:color w:val="0F3340"/>
              </w:rPr>
              <w:t>Currency</w:t>
            </w:r>
          </w:p>
        </w:tc>
        <w:tc>
          <w:tcPr>
            <w:tcW w:type="dxa" w:w="2835"/>
            <w:tcBorders>
              <w:bottom w:val="single" w:sz="4" w:color="C9CED1"/>
            </w:tcBorders>
          </w:tcPr>
          <w:p>
            <w:r/>
            <w:r>
              <w:rPr>
                <w:b w:val="0"/>
                <w:i w:val="0"/>
              </w:rPr>
            </w:r>
          </w:p>
        </w:tc>
      </w:tr>
    </w:tbl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ED1"/>
          <w:left w:val="single" w:sz="4" w:color="C9CED1"/>
          <w:bottom w:val="single" w:sz="4" w:color="C9CED1"/>
          <w:right w:val="single" w:sz="4" w:color="C9CED1"/>
          <w:insideH w:val="single" w:sz="4" w:color="C9CED1"/>
          <w:insideV w:val="single" w:sz="4" w:color="C9CED1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  <w:shd w:val="clear" w:color="auto" w:fill="0F3340"/>
          </w:tcPr>
          <w:p>
            <w:r/>
            <w:r>
              <w:rPr>
                <w:b/>
                <w:i w:val="0"/>
                <w:color w:val="FFFFFF"/>
              </w:rPr>
              <w:t>Supplier</w:t>
            </w:r>
          </w:p>
        </w:tc>
        <w:tc>
          <w:tcPr>
            <w:tcW w:type="dxa" w:w="5046"/>
            <w:shd w:val="clear" w:color="auto" w:fill="0F3340"/>
          </w:tcPr>
          <w:p>
            <w:r/>
            <w:r>
              <w:rPr>
                <w:b/>
                <w:i w:val="0"/>
                <w:color w:val="FFFFFF"/>
              </w:rPr>
              <w:t>Ship to</w:t>
            </w:r>
          </w:p>
        </w:tc>
      </w:tr>
      <w:tr>
        <w:trPr>
          <w:trHeight w:val="283" w:hRule="atLeast"/>
          <w:trHeight w:val="283" w:hRule="atLeast"/>
        </w:trPr>
        <w:tc>
          <w:tcPr>
            <w:tcW w:type="dxa" w:w="5046"/>
          </w:tcPr>
          <w:p>
            <w:r/>
            <w:r>
              <w:rPr>
                <w:b w:val="0"/>
                <w:i w:val="0"/>
                <w:color w:val="8A9499"/>
              </w:rPr>
              <w:t>Supplier name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  <w:color w:val="8A9499"/>
              </w:rPr>
              <w:t>Location name (warehouse, store or 3PL)</w:t>
            </w:r>
          </w:p>
        </w:tc>
      </w:tr>
      <w:tr>
        <w:trPr>
          <w:trHeight w:val="283" w:hRule="atLeast"/>
          <w:trHeight w:val="283" w:hRule="atLeast"/>
        </w:trPr>
        <w:tc>
          <w:tcPr>
            <w:tcW w:type="dxa" w:w="5046"/>
          </w:tcPr>
          <w:p>
            <w:r/>
            <w:r>
              <w:rPr>
                <w:b w:val="0"/>
                <w:i w:val="0"/>
                <w:color w:val="8A9499"/>
              </w:rPr>
              <w:t>Street address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  <w:color w:val="8A9499"/>
              </w:rPr>
              <w:t>Street address</w:t>
            </w:r>
          </w:p>
        </w:tc>
      </w:tr>
      <w:tr>
        <w:trPr>
          <w:trHeight w:val="283" w:hRule="atLeast"/>
          <w:trHeight w:val="283" w:hRule="atLeast"/>
        </w:trPr>
        <w:tc>
          <w:tcPr>
            <w:tcW w:type="dxa" w:w="5046"/>
          </w:tcPr>
          <w:p>
            <w:r/>
            <w:r>
              <w:rPr>
                <w:b w:val="0"/>
                <w:i w:val="0"/>
                <w:color w:val="8A9499"/>
              </w:rPr>
              <w:t>City, postcode, country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  <w:color w:val="8A9499"/>
              </w:rPr>
              <w:t>City, postcode, country</w:t>
            </w:r>
          </w:p>
        </w:tc>
      </w:tr>
      <w:tr>
        <w:trPr>
          <w:trHeight w:val="283" w:hRule="atLeast"/>
          <w:trHeight w:val="283" w:hRule="atLeast"/>
        </w:trPr>
        <w:tc>
          <w:tcPr>
            <w:tcW w:type="dxa" w:w="5046"/>
          </w:tcPr>
          <w:p>
            <w:r/>
            <w:r>
              <w:rPr>
                <w:b w:val="0"/>
                <w:i w:val="0"/>
                <w:color w:val="8A9499"/>
              </w:rPr>
              <w:t>Contact name, email and phone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  <w:color w:val="8A9499"/>
              </w:rPr>
              <w:t>Receiving contact</w:t>
            </w:r>
          </w:p>
        </w:tc>
      </w:tr>
      <w:tr>
        <w:trPr>
          <w:trHeight w:val="283" w:hRule="atLeast"/>
          <w:trHeight w:val="283" w:hRule="atLeast"/>
        </w:trPr>
        <w:tc>
          <w:tcPr>
            <w:tcW w:type="dxa" w:w="5046"/>
          </w:tcPr>
          <w:p>
            <w:r/>
            <w:r>
              <w:rPr>
                <w:b w:val="0"/>
                <w:i w:val="0"/>
                <w:color w:val="8A9499"/>
              </w:rPr>
              <w:t>Supplier ID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  <w:color w:val="8A9499"/>
              </w:rPr>
              <w:t>Delivery instructions</w:t>
            </w:r>
          </w:p>
        </w:tc>
      </w:tr>
    </w:tbl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ED1"/>
          <w:left w:val="single" w:sz="4" w:color="C9CED1"/>
          <w:bottom w:val="single" w:sz="4" w:color="C9CED1"/>
          <w:right w:val="single" w:sz="4" w:color="C9CED1"/>
          <w:insideH w:val="single" w:sz="4" w:color="C9CED1"/>
          <w:insideV w:val="single" w:sz="4" w:color="C9CED1"/>
        </w:tblBorders>
        <w:tblLayout w:type="fixed"/>
      </w:tblPr>
      <w:tblGrid>
        <w:gridCol w:w="680"/>
        <w:gridCol w:w="1474"/>
        <w:gridCol w:w="1474"/>
        <w:gridCol w:w="2948"/>
        <w:gridCol w:w="1020"/>
        <w:gridCol w:w="1191"/>
        <w:gridCol w:w="1304"/>
      </w:tblGrid>
      <w:tr>
        <w:tc>
          <w:tcPr>
            <w:tcW w:type="dxa" w:w="680"/>
            <w:shd w:val="clear" w:color="auto" w:fill="0F334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</w:rPr>
              <w:t>Line</w:t>
            </w:r>
          </w:p>
        </w:tc>
        <w:tc>
          <w:tcPr>
            <w:tcW w:type="dxa" w:w="1474"/>
            <w:shd w:val="clear" w:color="auto" w:fill="0F334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</w:rPr>
              <w:t>SKU</w:t>
            </w:r>
          </w:p>
        </w:tc>
        <w:tc>
          <w:tcPr>
            <w:tcW w:type="dxa" w:w="1474"/>
            <w:shd w:val="clear" w:color="auto" w:fill="0F334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</w:rPr>
              <w:t>Supplier SKU</w:t>
            </w:r>
          </w:p>
        </w:tc>
        <w:tc>
          <w:tcPr>
            <w:tcW w:type="dxa" w:w="2948"/>
            <w:shd w:val="clear" w:color="auto" w:fill="0F3340"/>
          </w:tcPr>
          <w:p>
            <w:r/>
            <w:r>
              <w:rPr>
                <w:b/>
                <w:i w:val="0"/>
                <w:color w:val="FFFFFF"/>
              </w:rPr>
              <w:t>Description (product, variant)</w:t>
            </w:r>
          </w:p>
        </w:tc>
        <w:tc>
          <w:tcPr>
            <w:tcW w:type="dxa" w:w="1020"/>
            <w:shd w:val="clear" w:color="auto" w:fill="0F334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</w:rPr>
              <w:t>Quantity</w:t>
            </w:r>
          </w:p>
        </w:tc>
        <w:tc>
          <w:tcPr>
            <w:tcW w:type="dxa" w:w="1191"/>
            <w:shd w:val="clear" w:color="auto" w:fill="0F334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</w:rPr>
              <w:t>Unit price</w:t>
            </w:r>
          </w:p>
        </w:tc>
        <w:tc>
          <w:tcPr>
            <w:tcW w:type="dxa" w:w="1304"/>
            <w:shd w:val="clear" w:color="auto" w:fill="0F334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</w:rPr>
              <w:t>Line total</w:t>
            </w:r>
          </w:p>
        </w:tc>
      </w:tr>
      <w:tr>
        <w:trPr>
          <w:trHeight w:val="28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i w:val="0"/>
                <w:color w:val="8A9499"/>
              </w:rPr>
              <w:t>1</w:t>
            </w:r>
          </w:p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1304"/>
          </w:tcPr>
          <w:p/>
        </w:tc>
      </w:tr>
      <w:tr>
        <w:trPr>
          <w:trHeight w:val="28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i w:val="0"/>
                <w:color w:val="8A9499"/>
              </w:rPr>
              <w:t>2</w:t>
            </w:r>
          </w:p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1304"/>
          </w:tcPr>
          <w:p/>
        </w:tc>
      </w:tr>
      <w:tr>
        <w:trPr>
          <w:trHeight w:val="28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i w:val="0"/>
                <w:color w:val="8A9499"/>
              </w:rPr>
              <w:t>3</w:t>
            </w:r>
          </w:p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1304"/>
          </w:tcPr>
          <w:p/>
        </w:tc>
      </w:tr>
      <w:tr>
        <w:trPr>
          <w:trHeight w:val="28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i w:val="0"/>
                <w:color w:val="8A9499"/>
              </w:rPr>
              <w:t>4</w:t>
            </w:r>
          </w:p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1304"/>
          </w:tcPr>
          <w:p/>
        </w:tc>
      </w:tr>
      <w:tr>
        <w:trPr>
          <w:trHeight w:val="28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i w:val="0"/>
                <w:color w:val="8A9499"/>
              </w:rPr>
              <w:t>5</w:t>
            </w:r>
          </w:p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1304"/>
          </w:tcPr>
          <w:p/>
        </w:tc>
      </w:tr>
      <w:tr>
        <w:trPr>
          <w:trHeight w:val="28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i w:val="0"/>
                <w:color w:val="8A9499"/>
              </w:rPr>
              <w:t>6</w:t>
            </w:r>
          </w:p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1304"/>
          </w:tcPr>
          <w:p/>
        </w:tc>
      </w:tr>
      <w:tr>
        <w:trPr>
          <w:trHeight w:val="28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i w:val="0"/>
                <w:color w:val="8A9499"/>
              </w:rPr>
              <w:t>7</w:t>
            </w:r>
          </w:p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1304"/>
          </w:tcPr>
          <w:p/>
        </w:tc>
      </w:tr>
      <w:tr>
        <w:trPr>
          <w:trHeight w:val="28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i w:val="0"/>
                <w:color w:val="8A9499"/>
              </w:rPr>
              <w:t>8</w:t>
            </w:r>
          </w:p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1304"/>
          </w:tcPr>
          <w:p/>
        </w:tc>
      </w:tr>
      <w:tr>
        <w:trPr>
          <w:trHeight w:val="28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i w:val="0"/>
                <w:color w:val="8A9499"/>
              </w:rPr>
              <w:t>9</w:t>
            </w:r>
          </w:p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1304"/>
          </w:tcPr>
          <w:p/>
        </w:tc>
      </w:tr>
      <w:tr>
        <w:trPr>
          <w:trHeight w:val="28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i w:val="0"/>
                <w:color w:val="8A9499"/>
              </w:rPr>
              <w:t>10</w:t>
            </w:r>
          </w:p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1304"/>
          </w:tcPr>
          <w:p/>
        </w:tc>
      </w:tr>
      <w:tr>
        <w:trPr>
          <w:trHeight w:val="28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i w:val="0"/>
                <w:color w:val="8A9499"/>
              </w:rPr>
              <w:t>11</w:t>
            </w:r>
          </w:p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1304"/>
          </w:tcPr>
          <w:p/>
        </w:tc>
      </w:tr>
      <w:tr>
        <w:trPr>
          <w:trHeight w:val="28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i w:val="0"/>
                <w:color w:val="8A9499"/>
              </w:rPr>
              <w:t>12</w:t>
            </w:r>
          </w:p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1304"/>
          </w:tcPr>
          <w:p/>
        </w:tc>
      </w:tr>
      <w:tr>
        <w:trPr>
          <w:trHeight w:val="28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i w:val="0"/>
                <w:color w:val="8A9499"/>
              </w:rPr>
              <w:t>13</w:t>
            </w:r>
          </w:p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1304"/>
          </w:tcPr>
          <w:p/>
        </w:tc>
      </w:tr>
      <w:tr>
        <w:trPr>
          <w:trHeight w:val="28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i w:val="0"/>
                <w:color w:val="8A9499"/>
              </w:rPr>
              <w:t>14</w:t>
            </w:r>
          </w:p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1304"/>
          </w:tcPr>
          <w:p/>
        </w:tc>
      </w:tr>
      <w:tr>
        <w:trPr>
          <w:trHeight w:val="28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i w:val="0"/>
                <w:color w:val="8A9499"/>
              </w:rPr>
              <w:t>15</w:t>
            </w:r>
          </w:p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191"/>
          </w:tcPr>
          <w:p/>
        </w:tc>
        <w:tc>
          <w:tcPr>
            <w:tcW w:type="dxa" w:w="1304"/>
          </w:tcPr>
          <w:p/>
        </w:tc>
      </w:tr>
    </w:tbl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39"/>
        <w:gridCol w:w="4252"/>
      </w:tblGrid>
      <w:tr>
        <w:tc>
          <w:tcPr>
            <w:tcW w:type="dxa" w:w="5839"/>
          </w:tcPr>
          <w:p>
            <w:pPr>
              <w:spacing w:after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4" w:color="C9CED1"/>
                <w:left w:val="single" w:sz="4" w:color="C9CED1"/>
                <w:bottom w:val="single" w:sz="4" w:color="C9CED1"/>
                <w:right w:val="single" w:sz="4" w:color="C9CED1"/>
                <w:insideH w:val="single" w:sz="4" w:color="C9CED1"/>
                <w:insideV w:val="single" w:sz="4" w:color="C9CED1"/>
              </w:tblBorders>
              <w:tblLayout w:type="fixed"/>
            </w:tblPr>
            <w:tblGrid>
              <w:gridCol w:w="5556"/>
            </w:tblGrid>
            <w:tr>
              <w:tc>
                <w:tcPr>
                  <w:tcW w:type="dxa" w:w="5556"/>
                  <w:shd w:val="clear" w:color="auto" w:fill="0F3340"/>
                </w:tcPr>
                <w:p>
                  <w:r/>
                  <w:r>
                    <w:rPr>
                      <w:b/>
                      <w:i w:val="0"/>
                      <w:color w:val="FFFFFF"/>
                    </w:rPr>
                    <w:t>Notes and conditions</w:t>
                  </w:r>
                </w:p>
              </w:tc>
            </w:tr>
            <w:tr>
              <w:trPr>
                <w:trHeight w:val="1020" w:hRule="atLeast"/>
              </w:trPr>
              <w:tc>
                <w:tcPr>
                  <w:tcW w:type="dxa" w:w="5556"/>
                </w:tcPr>
                <w:p>
                  <w:r/>
                  <w:r>
                    <w:rPr>
                      <w:b w:val="0"/>
                      <w:i w:val="0"/>
                      <w:color w:val="8A9499"/>
                    </w:rPr>
                    <w:t>Packaging, labeling and quality requirements.</w:t>
                  </w:r>
                </w:p>
              </w:tc>
            </w:tr>
          </w:tbl>
          <w:p/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1587"/>
              <w:gridCol w:w="3969"/>
            </w:tblGrid>
            <w:tr>
              <w:trPr>
                <w:trHeight w:val="368" w:hRule="atLeast"/>
              </w:trPr>
              <w:tc>
                <w:tcPr>
                  <w:tcW w:type="dxa" w:w="1587"/>
                </w:tcPr>
                <w:p>
                  <w:r/>
                  <w:r>
                    <w:rPr>
                      <w:b/>
                      <w:i w:val="0"/>
                      <w:color w:val="0F3340"/>
                    </w:rPr>
                    <w:t>Authorized by</w:t>
                  </w:r>
                </w:p>
              </w:tc>
              <w:tc>
                <w:tcPr>
                  <w:tcW w:type="dxa" w:w="3969"/>
                  <w:tcBorders>
                    <w:bottom w:val="single" w:sz="4" w:color="0F3340"/>
                  </w:tcBorders>
                </w:tcPr>
                <w:p/>
              </w:tc>
            </w:tr>
            <w:tr>
              <w:trPr>
                <w:trHeight w:val="368" w:hRule="atLeast"/>
              </w:trPr>
              <w:tc>
                <w:tcPr>
                  <w:tcW w:type="dxa" w:w="1587"/>
                </w:tcPr>
                <w:p>
                  <w:r/>
                  <w:r>
                    <w:rPr>
                      <w:b/>
                      <w:i w:val="0"/>
                      <w:color w:val="0F3340"/>
                    </w:rPr>
                    <w:t>Signature</w:t>
                  </w:r>
                </w:p>
              </w:tc>
              <w:tc>
                <w:tcPr>
                  <w:tcW w:type="dxa" w:w="3969"/>
                  <w:tcBorders>
                    <w:bottom w:val="single" w:sz="4" w:color="0F3340"/>
                  </w:tcBorders>
                </w:tcPr>
                <w:p/>
              </w:tc>
            </w:tr>
            <w:tr>
              <w:trPr>
                <w:trHeight w:val="368" w:hRule="atLeast"/>
              </w:trPr>
              <w:tc>
                <w:tcPr>
                  <w:tcW w:type="dxa" w:w="1587"/>
                </w:tcPr>
                <w:p>
                  <w:r/>
                  <w:r>
                    <w:rPr>
                      <w:b/>
                      <w:i w:val="0"/>
                      <w:color w:val="0F3340"/>
                    </w:rPr>
                    <w:t>Date</w:t>
                  </w:r>
                </w:p>
              </w:tc>
              <w:tc>
                <w:tcPr>
                  <w:tcW w:type="dxa" w:w="3969"/>
                  <w:tcBorders>
                    <w:bottom w:val="single" w:sz="4" w:color="0F3340"/>
                  </w:tcBorders>
                </w:tcPr>
                <w:p/>
              </w:tc>
            </w:tr>
          </w:tbl>
          <w:p/>
        </w:tc>
        <w:tc>
          <w:tcPr>
            <w:tcW w:type="dxa" w:w="4252"/>
          </w:tcPr>
          <w:p/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4" w:color="C9CED1"/>
                <w:left w:val="single" w:sz="4" w:color="C9CED1"/>
                <w:bottom w:val="single" w:sz="4" w:color="C9CED1"/>
                <w:right w:val="single" w:sz="4" w:color="C9CED1"/>
                <w:insideH w:val="single" w:sz="4" w:color="C9CED1"/>
                <w:insideV w:val="single" w:sz="4" w:color="C9CED1"/>
              </w:tblBorders>
              <w:tblLayout w:type="fixed"/>
            </w:tblPr>
            <w:tblGrid>
              <w:gridCol w:w="2438"/>
              <w:gridCol w:w="1701"/>
            </w:tblGrid>
            <w:tr>
              <w:trPr>
                <w:trHeight w:val="311" w:hRule="atLeast"/>
              </w:trPr>
              <w:tc>
                <w:tcPr>
                  <w:tcW w:type="dxa" w:w="2438"/>
                </w:tcPr>
                <w:p>
                  <w:pPr>
                    <w:jc w:val="right"/>
                  </w:pPr>
                  <w:r/>
                  <w:r>
                    <w:rPr>
                      <w:b w:val="0"/>
                      <w:i w:val="0"/>
                      <w:color w:val="0F3340"/>
                    </w:rPr>
                    <w:t>Subtotal</w:t>
                  </w:r>
                </w:p>
              </w:tc>
              <w:tc>
                <w:tcPr>
                  <w:tcW w:type="dxa" w:w="1701"/>
                </w:tcPr>
                <w:p/>
              </w:tc>
            </w:tr>
            <w:tr>
              <w:trPr>
                <w:trHeight w:val="311" w:hRule="atLeast"/>
              </w:trPr>
              <w:tc>
                <w:tcPr>
                  <w:tcW w:type="dxa" w:w="2438"/>
                </w:tcPr>
                <w:p>
                  <w:pPr>
                    <w:jc w:val="right"/>
                  </w:pPr>
                  <w:r/>
                  <w:r>
                    <w:rPr>
                      <w:b w:val="0"/>
                      <w:i w:val="0"/>
                      <w:color w:val="0F3340"/>
                    </w:rPr>
                    <w:t>Discount</w:t>
                  </w:r>
                </w:p>
              </w:tc>
              <w:tc>
                <w:tcPr>
                  <w:tcW w:type="dxa" w:w="1701"/>
                </w:tcPr>
                <w:p/>
              </w:tc>
            </w:tr>
            <w:tr>
              <w:trPr>
                <w:trHeight w:val="311" w:hRule="atLeast"/>
              </w:trPr>
              <w:tc>
                <w:tcPr>
                  <w:tcW w:type="dxa" w:w="2438"/>
                </w:tcPr>
                <w:p>
                  <w:pPr>
                    <w:jc w:val="right"/>
                  </w:pPr>
                  <w:r/>
                  <w:r>
                    <w:rPr>
                      <w:b w:val="0"/>
                      <w:i w:val="0"/>
                      <w:color w:val="0F3340"/>
                    </w:rPr>
                    <w:t>Tax (rate ____ %)</w:t>
                  </w:r>
                </w:p>
              </w:tc>
              <w:tc>
                <w:tcPr>
                  <w:tcW w:type="dxa" w:w="1701"/>
                </w:tcPr>
                <w:p/>
              </w:tc>
            </w:tr>
            <w:tr>
              <w:trPr>
                <w:trHeight w:val="311" w:hRule="atLeast"/>
              </w:trPr>
              <w:tc>
                <w:tcPr>
                  <w:tcW w:type="dxa" w:w="2438"/>
                </w:tcPr>
                <w:p>
                  <w:pPr>
                    <w:jc w:val="right"/>
                  </w:pPr>
                  <w:r/>
                  <w:r>
                    <w:rPr>
                      <w:b w:val="0"/>
                      <w:i w:val="0"/>
                      <w:color w:val="0F3340"/>
                    </w:rPr>
                    <w:t>Freight</w:t>
                  </w:r>
                </w:p>
              </w:tc>
              <w:tc>
                <w:tcPr>
                  <w:tcW w:type="dxa" w:w="1701"/>
                </w:tcPr>
                <w:p/>
              </w:tc>
            </w:tr>
            <w:tr>
              <w:trPr>
                <w:trHeight w:val="311" w:hRule="atLeast"/>
              </w:trPr>
              <w:tc>
                <w:tcPr>
                  <w:tcW w:type="dxa" w:w="2438"/>
                </w:tcPr>
                <w:p>
                  <w:pPr>
                    <w:jc w:val="right"/>
                  </w:pPr>
                  <w:r/>
                  <w:r>
                    <w:rPr>
                      <w:b w:val="0"/>
                      <w:i w:val="0"/>
                      <w:color w:val="0F3340"/>
                    </w:rPr>
                    <w:t>Other costs</w:t>
                  </w:r>
                </w:p>
              </w:tc>
              <w:tc>
                <w:tcPr>
                  <w:tcW w:type="dxa" w:w="1701"/>
                </w:tcPr>
                <w:p/>
              </w:tc>
            </w:tr>
            <w:tr>
              <w:trPr>
                <w:trHeight w:val="311" w:hRule="atLeast"/>
              </w:trPr>
              <w:tc>
                <w:tcPr>
                  <w:tcW w:type="dxa" w:w="2438"/>
                </w:tcPr>
                <w:p>
                  <w:pPr>
                    <w:jc w:val="right"/>
                  </w:pPr>
                  <w:r/>
                  <w:r>
                    <w:rPr>
                      <w:b/>
                      <w:i w:val="0"/>
                      <w:color w:val="0F3340"/>
                    </w:rPr>
                    <w:t>Total</w:t>
                  </w:r>
                </w:p>
              </w:tc>
              <w:tc>
                <w:tcPr>
                  <w:tcW w:type="dxa" w:w="1701"/>
                  <w:shd w:val="clear" w:color="auto" w:fill="F07A2C"/>
                </w:tcPr>
                <w:p/>
              </w:tc>
            </w:tr>
          </w:tbl>
          <w:p/>
        </w:tc>
      </w:tr>
    </w:tbl>
    <w:p>
      <w:pPr>
        <w:spacing w:after="80"/>
      </w:pPr>
    </w:p>
    <w:p>
      <w:r>
        <w:rPr>
          <w:i/>
          <w:color w:val="8A9499"/>
          <w:sz w:val="16"/>
        </w:rPr>
        <w:t>Please quote the PO number on your order confirmation, packing slip and invoice. Tell us before shipping fewer units than ordered.</w:t>
      </w:r>
    </w:p>
    <w:p>
      <w:pPr>
        <w:spacing w:before="120"/>
        <w:jc w:val="center"/>
      </w:pPr>
      <w:r>
        <w:rPr>
          <w:color w:val="8A9499"/>
          <w:sz w:val="14"/>
        </w:rPr>
        <w:t>Purchase order template from Channel Bay (channelbay.io)</w:t>
      </w:r>
    </w:p>
    <w:sectPr w:rsidR="00FC693F" w:rsidRPr="0006063C" w:rsidSect="00034616">
      <w:pgSz w:w="12240" w:h="15840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template</dc:title>
  <dc:subject>Purchase order</dc:subject>
  <dc:creator>Channel Bay</dc:creator>
  <cp:keywords>purchase order template, purchase order form</cp:keywords>
  <dc:description>Free purchase order template. Totals do not calculate in Word; use the Excel version for formulas.</dc:description>
  <cp:lastModifiedBy>Channel Bay</cp:lastModifiedBy>
  <cp:revision>1</cp:revision>
  <dcterms:created xsi:type="dcterms:W3CDTF">2026-10-27T09:00:00Z</dcterms:created>
  <dcterms:modified xsi:type="dcterms:W3CDTF">2026-10-27T09:00:00Z</dcterms:modified>
  <cp:category/>
</cp:coreProperties>
</file>